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DEMANDE DE CRÉATION</w:t>
        <w:br/>
        <w:t>DE FOND D’ÉCRAN PERSONNALISÉ</w:t>
      </w:r>
    </w:p>
    <w:p>
      <w:pPr>
        <w:jc w:val="center"/>
      </w:pPr>
      <w:r>
        <w:rPr>
          <w:b/>
          <w:sz w:val="26"/>
        </w:rPr>
        <w:t>Forfait unique : 7,79 €</w:t>
      </w:r>
    </w:p>
    <w:p>
      <w:r>
        <w:t>Merci de remplir ce formulaire afin de nous permettre de comprendre précisément ce que vous souhaitez. Vous pouvez être aussi précis(e) que possible.</w:t>
      </w:r>
    </w:p>
    <w:p>
      <w:r>
        <w:rPr>
          <w:b/>
          <w:sz w:val="24"/>
        </w:rPr>
        <w:t>1. Vos coordonnées</w:t>
      </w:r>
    </w:p>
    <w:p>
      <w:r>
        <w:rPr>
          <w:b/>
        </w:rPr>
        <w:t>Nom / Prénom :</w:t>
      </w:r>
    </w:p>
    <w:p>
      <w:r>
        <w:t>____________________________________________________________</w:t>
      </w:r>
    </w:p>
    <w:p>
      <w:r>
        <w:rPr>
          <w:b/>
        </w:rPr>
        <w:t>Adresse e-mail :</w:t>
      </w:r>
    </w:p>
    <w:p>
      <w:r>
        <w:t>____________________________________________________________</w:t>
      </w:r>
    </w:p>
    <w:p>
      <w:r>
        <w:rPr>
          <w:b/>
          <w:sz w:val="24"/>
        </w:rPr>
        <w:t>2. Format souhaité</w:t>
      </w:r>
    </w:p>
    <w:p>
      <w:r>
        <w:t>☐ Fond d’écran PC</w:t>
      </w:r>
    </w:p>
    <w:p>
      <w:r>
        <w:t>☐ Fond d’écran mobile</w:t>
      </w:r>
    </w:p>
    <w:p>
      <w:r>
        <w:t>☐ Autre format : __________________________________________</w:t>
      </w:r>
    </w:p>
    <w:p>
      <w:r>
        <w:rPr>
          <w:b/>
        </w:rPr>
        <w:t>Résolution souhaitée (si connue) :</w:t>
      </w:r>
    </w:p>
    <w:p>
      <w:r>
        <w:t>____________________________________________________________</w:t>
      </w:r>
    </w:p>
    <w:p>
      <w:r>
        <w:rPr>
          <w:b/>
          <w:sz w:val="24"/>
        </w:rPr>
        <w:t>3. Votre idée</w:t>
      </w:r>
    </w:p>
    <w:p>
      <w:r>
        <w:rPr>
          <w:b/>
        </w:rPr>
        <w:t>Décrivez précisément le fond d’écran que vous imaginez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  <w:sz w:val="24"/>
        </w:rPr>
        <w:t>4. Style et ambiance</w:t>
      </w:r>
    </w:p>
    <w:p>
      <w:r>
        <w:rPr>
          <w:b/>
        </w:rPr>
        <w:t>Style souhaité (réaliste, artistique, futuriste, minimaliste, humoristique, etc.)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</w:rPr>
        <w:t>Ambiance / atmosphère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</w:rPr>
        <w:t>Couleurs souhaitées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  <w:sz w:val="24"/>
        </w:rPr>
        <w:t>5. Éléments à intégrer</w:t>
      </w:r>
    </w:p>
    <w:p>
      <w:r>
        <w:rPr>
          <w:b/>
        </w:rPr>
        <w:t>Personnages, objets, animaux, lieux, décor, accessoires, etc.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</w:rPr>
        <w:t>Texte à intégrer dans l’image (si souhaité)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  <w:sz w:val="24"/>
        </w:rPr>
        <w:t>6. Référence ou inspiration</w:t>
      </w:r>
    </w:p>
    <w:p>
      <w:r>
        <w:t>Vous pouvez joindre une ou plusieurs images de référence si elles permettent de mieux expliquer votre idée.</w:t>
      </w:r>
    </w:p>
    <w:p>
      <w:r>
        <w:rPr>
          <w:b/>
        </w:rPr>
        <w:t>Lien, référence ou précision complémentaire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  <w:sz w:val="24"/>
        </w:rPr>
        <w:t>7. Informations complémentaires</w:t>
      </w:r>
    </w:p>
    <w:p>
      <w:r>
        <w:rPr>
          <w:b/>
        </w:rPr>
        <w:t>Tout autre détail important à prendre en compte 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rPr>
          <w:b/>
          <w:sz w:val="24"/>
        </w:rPr>
        <w:t>8. Validation de la demande</w:t>
      </w:r>
    </w:p>
    <w:p>
      <w:r>
        <w:t>Après réception de votre demande, celle-ci est examinée afin de vérifier qu’elle correspond au forfait de création personnalisée de 7,79 €. Le paiement est demandé avant le lancement de la création.</w:t>
      </w:r>
    </w:p>
    <w:p>
      <w:r>
        <w:t>Une fois le paiement reçu, la création est réalisée selon les éléments convenus, puis le fichier final est envoyé par e-mail.</w:t>
      </w:r>
    </w:p>
    <w:p>
      <w:pPr>
        <w:jc w:val="center"/>
      </w:pPr>
      <w:r>
        <w:rPr>
          <w:b/>
          <w:sz w:val="24"/>
        </w:rPr>
        <w:t>Merci pour votre confiance !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